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D8C8E" w14:textId="77777777" w:rsidR="00066B77" w:rsidRPr="006C689E" w:rsidRDefault="00000000">
      <w:pPr>
        <w:spacing w:after="160"/>
        <w:jc w:val="right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Biały Bór, dn. ................................</w:t>
      </w:r>
    </w:p>
    <w:p w14:paraId="35B19169" w14:textId="77777777" w:rsidR="006C689E" w:rsidRPr="006C689E" w:rsidRDefault="006C689E" w:rsidP="006C689E">
      <w:pPr>
        <w:spacing w:after="0"/>
        <w:ind w:firstLine="5670"/>
        <w:rPr>
          <w:rFonts w:ascii="Calibri" w:hAnsi="Calibri" w:cs="Calibri"/>
          <w:b/>
          <w:bCs/>
          <w:sz w:val="22"/>
          <w:lang w:val="pl-PL"/>
        </w:rPr>
      </w:pPr>
    </w:p>
    <w:p w14:paraId="22EE066D" w14:textId="77777777" w:rsidR="006C689E" w:rsidRPr="006C689E" w:rsidRDefault="006C689E" w:rsidP="006C689E">
      <w:pPr>
        <w:spacing w:after="0"/>
        <w:ind w:firstLine="5670"/>
        <w:rPr>
          <w:rFonts w:ascii="Calibri" w:hAnsi="Calibri" w:cs="Calibri"/>
          <w:b/>
          <w:bCs/>
          <w:sz w:val="22"/>
          <w:lang w:val="pl-PL"/>
        </w:rPr>
      </w:pPr>
    </w:p>
    <w:p w14:paraId="4129AF6E" w14:textId="78244813" w:rsidR="006C689E" w:rsidRPr="006C689E" w:rsidRDefault="00000000" w:rsidP="006C689E">
      <w:pPr>
        <w:spacing w:after="0"/>
        <w:ind w:firstLine="5670"/>
        <w:rPr>
          <w:rFonts w:ascii="Calibri" w:hAnsi="Calibri" w:cs="Calibri"/>
          <w:b/>
          <w:bCs/>
          <w:sz w:val="22"/>
          <w:lang w:val="pl-PL"/>
        </w:rPr>
      </w:pPr>
      <w:r w:rsidRPr="006C689E">
        <w:rPr>
          <w:rFonts w:ascii="Calibri" w:hAnsi="Calibri" w:cs="Calibri"/>
          <w:b/>
          <w:bCs/>
          <w:sz w:val="22"/>
          <w:lang w:val="pl-PL"/>
        </w:rPr>
        <w:t>Burmistrz Białego Boru</w:t>
      </w:r>
    </w:p>
    <w:p w14:paraId="15DD713D" w14:textId="77777777" w:rsidR="006C689E" w:rsidRPr="006C689E" w:rsidRDefault="00000000" w:rsidP="006C689E">
      <w:pPr>
        <w:spacing w:after="0"/>
        <w:ind w:firstLine="5670"/>
        <w:rPr>
          <w:rFonts w:ascii="Calibri" w:hAnsi="Calibri" w:cs="Calibri"/>
          <w:b/>
          <w:bCs/>
          <w:sz w:val="22"/>
          <w:lang w:val="pl-PL"/>
        </w:rPr>
      </w:pPr>
      <w:r w:rsidRPr="006C689E">
        <w:rPr>
          <w:rFonts w:ascii="Calibri" w:hAnsi="Calibri" w:cs="Calibri"/>
          <w:b/>
          <w:bCs/>
          <w:sz w:val="22"/>
          <w:lang w:val="pl-PL"/>
        </w:rPr>
        <w:t>ul. Słupska 10</w:t>
      </w:r>
    </w:p>
    <w:p w14:paraId="2525F363" w14:textId="50563288" w:rsidR="00066B77" w:rsidRPr="006C689E" w:rsidRDefault="00000000" w:rsidP="006C689E">
      <w:pPr>
        <w:spacing w:after="160"/>
        <w:ind w:firstLine="5670"/>
        <w:rPr>
          <w:rFonts w:ascii="Calibri" w:hAnsi="Calibri" w:cs="Calibri"/>
          <w:b/>
          <w:bCs/>
          <w:sz w:val="22"/>
          <w:lang w:val="pl-PL"/>
        </w:rPr>
      </w:pPr>
      <w:r w:rsidRPr="006C689E">
        <w:rPr>
          <w:rFonts w:ascii="Calibri" w:hAnsi="Calibri" w:cs="Calibri"/>
          <w:b/>
          <w:bCs/>
          <w:sz w:val="22"/>
          <w:lang w:val="pl-PL"/>
        </w:rPr>
        <w:t>78-425 Biały Bór</w:t>
      </w:r>
    </w:p>
    <w:p w14:paraId="3BF6E19A" w14:textId="77777777" w:rsidR="00066B77" w:rsidRPr="006C689E" w:rsidRDefault="00000000">
      <w:pPr>
        <w:keepNext/>
        <w:spacing w:after="60"/>
        <w:jc w:val="center"/>
        <w:rPr>
          <w:rFonts w:ascii="Calibri" w:hAnsi="Calibri" w:cs="Calibri"/>
          <w:sz w:val="24"/>
          <w:szCs w:val="24"/>
          <w:lang w:val="pl-PL"/>
        </w:rPr>
      </w:pPr>
      <w:r w:rsidRPr="006C689E">
        <w:rPr>
          <w:rFonts w:ascii="Calibri" w:hAnsi="Calibri" w:cs="Calibri"/>
          <w:b/>
          <w:sz w:val="24"/>
          <w:szCs w:val="24"/>
          <w:lang w:val="pl-PL"/>
        </w:rPr>
        <w:t>WNIOSEK</w:t>
      </w:r>
    </w:p>
    <w:p w14:paraId="0939931C" w14:textId="77777777" w:rsidR="00066B77" w:rsidRPr="006C689E" w:rsidRDefault="00000000">
      <w:pPr>
        <w:spacing w:after="100"/>
        <w:jc w:val="center"/>
        <w:rPr>
          <w:rFonts w:ascii="Calibri" w:hAnsi="Calibri" w:cs="Calibri"/>
          <w:sz w:val="24"/>
          <w:szCs w:val="24"/>
          <w:lang w:val="pl-PL"/>
        </w:rPr>
      </w:pPr>
      <w:r w:rsidRPr="006C689E">
        <w:rPr>
          <w:rFonts w:ascii="Calibri" w:hAnsi="Calibri" w:cs="Calibri"/>
          <w:b/>
          <w:sz w:val="24"/>
          <w:szCs w:val="24"/>
          <w:lang w:val="pl-PL"/>
        </w:rPr>
        <w:t>na realizację przedsięwzięcia związanego z demontażem, transportem i</w:t>
      </w:r>
      <w:r w:rsidRPr="006C689E">
        <w:rPr>
          <w:rFonts w:ascii="Calibri" w:hAnsi="Calibri" w:cs="Calibri"/>
          <w:b/>
          <w:sz w:val="24"/>
          <w:szCs w:val="24"/>
          <w:lang w:val="pl-PL"/>
        </w:rPr>
        <w:br/>
        <w:t>unieszkodliwieniem wyrobów zawierających azbest z terenu Gminy Biały Bór w 2026 r.</w:t>
      </w:r>
    </w:p>
    <w:p w14:paraId="00CD5B90" w14:textId="77777777" w:rsidR="00066B77" w:rsidRPr="006C689E" w:rsidRDefault="00000000">
      <w:pPr>
        <w:spacing w:after="100"/>
        <w:jc w:val="both"/>
        <w:rPr>
          <w:rFonts w:ascii="Calibri" w:hAnsi="Calibri" w:cs="Calibri"/>
          <w:sz w:val="20"/>
          <w:szCs w:val="20"/>
          <w:lang w:val="pl-PL"/>
        </w:rPr>
      </w:pPr>
      <w:r w:rsidRPr="006C689E">
        <w:rPr>
          <w:rFonts w:ascii="Calibri" w:hAnsi="Calibri" w:cs="Calibri"/>
          <w:i/>
          <w:iCs/>
          <w:sz w:val="20"/>
          <w:szCs w:val="20"/>
          <w:lang w:val="pl-PL"/>
        </w:rPr>
        <w:t xml:space="preserve">Niniejszy wniosek ma charakter zgłoszenia zainteresowania udziałem w planowanym zadaniu i służy Gminie Biały Bór do oszacowania zakresu rzeczowego i wartości wniosku o dofinansowanie, który Gmina zamierza złożyć do </w:t>
      </w:r>
      <w:proofErr w:type="spellStart"/>
      <w:r w:rsidRPr="006C689E">
        <w:rPr>
          <w:rFonts w:ascii="Calibri" w:hAnsi="Calibri" w:cs="Calibri"/>
          <w:i/>
          <w:iCs/>
          <w:sz w:val="20"/>
          <w:szCs w:val="20"/>
          <w:lang w:val="pl-PL"/>
        </w:rPr>
        <w:t>WFOŚiGW</w:t>
      </w:r>
      <w:proofErr w:type="spellEnd"/>
      <w:r w:rsidRPr="006C689E">
        <w:rPr>
          <w:rFonts w:ascii="Calibri" w:hAnsi="Calibri" w:cs="Calibri"/>
          <w:i/>
          <w:iCs/>
          <w:sz w:val="20"/>
          <w:szCs w:val="20"/>
          <w:lang w:val="pl-PL"/>
        </w:rPr>
        <w:t xml:space="preserve"> w Szczecinie. Złożenie niniejszego wniosku nie oznacza przyznania dofinansowania ani zakwalifikowania nieruchomości do realizacji</w:t>
      </w:r>
      <w:r w:rsidRPr="006C689E">
        <w:rPr>
          <w:rFonts w:ascii="Calibri" w:hAnsi="Calibri" w:cs="Calibri"/>
          <w:sz w:val="20"/>
          <w:szCs w:val="20"/>
          <w:lang w:val="pl-PL"/>
        </w:rPr>
        <w:t>.</w:t>
      </w:r>
    </w:p>
    <w:p w14:paraId="613E543D" w14:textId="77777777" w:rsidR="00066B77" w:rsidRPr="006C689E" w:rsidRDefault="00000000">
      <w:pPr>
        <w:keepNext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b/>
          <w:sz w:val="22"/>
          <w:lang w:val="pl-PL"/>
        </w:rPr>
        <w:t>1. Dane Wnioskodawcy:</w:t>
      </w:r>
    </w:p>
    <w:p w14:paraId="2F329974" w14:textId="77777777" w:rsidR="00066B77" w:rsidRPr="006C689E" w:rsidRDefault="00000000">
      <w:pPr>
        <w:spacing w:after="2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Imię i nazwisko:</w:t>
      </w:r>
    </w:p>
    <w:p w14:paraId="4335CEA8" w14:textId="25DB39FC" w:rsidR="00066B77" w:rsidRPr="006C689E" w:rsidRDefault="00000000">
      <w:pPr>
        <w:spacing w:after="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............................................................................................................................................</w:t>
      </w:r>
      <w:r w:rsidR="006C689E" w:rsidRPr="006C689E">
        <w:rPr>
          <w:rFonts w:ascii="Calibri" w:hAnsi="Calibri" w:cs="Calibri"/>
          <w:bCs/>
          <w:sz w:val="22"/>
          <w:lang w:val="pl-PL"/>
        </w:rPr>
        <w:t>............</w:t>
      </w:r>
      <w:r w:rsidRPr="006C689E">
        <w:rPr>
          <w:rFonts w:ascii="Calibri" w:hAnsi="Calibri" w:cs="Calibri"/>
          <w:bCs/>
          <w:sz w:val="22"/>
          <w:lang w:val="pl-PL"/>
        </w:rPr>
        <w:t>................</w:t>
      </w:r>
    </w:p>
    <w:p w14:paraId="0245E2DE" w14:textId="77777777" w:rsidR="00066B77" w:rsidRPr="006C689E" w:rsidRDefault="00000000">
      <w:pPr>
        <w:spacing w:after="2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Adres zamieszkania:</w:t>
      </w:r>
    </w:p>
    <w:p w14:paraId="4E21B238" w14:textId="0FAE1F28" w:rsidR="00066B77" w:rsidRPr="006C689E" w:rsidRDefault="00000000">
      <w:pPr>
        <w:spacing w:after="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</w:t>
      </w:r>
      <w:r w:rsidR="006C689E" w:rsidRPr="006C689E">
        <w:rPr>
          <w:rFonts w:ascii="Calibri" w:hAnsi="Calibri" w:cs="Calibri"/>
          <w:bCs/>
          <w:sz w:val="22"/>
          <w:lang w:val="pl-PL"/>
        </w:rPr>
        <w:t>............</w:t>
      </w:r>
      <w:r w:rsidRPr="006C689E">
        <w:rPr>
          <w:rFonts w:ascii="Calibri" w:hAnsi="Calibri" w:cs="Calibri"/>
          <w:bCs/>
          <w:sz w:val="22"/>
          <w:lang w:val="pl-PL"/>
        </w:rPr>
        <w:t>..................</w:t>
      </w:r>
    </w:p>
    <w:p w14:paraId="7DBEEB2D" w14:textId="77777777" w:rsidR="00066B77" w:rsidRPr="006C689E" w:rsidRDefault="00000000">
      <w:pPr>
        <w:jc w:val="center"/>
        <w:rPr>
          <w:rFonts w:ascii="Calibri" w:hAnsi="Calibri" w:cs="Calibri"/>
          <w:bCs/>
          <w:sz w:val="20"/>
          <w:szCs w:val="20"/>
          <w:lang w:val="pl-PL"/>
        </w:rPr>
      </w:pPr>
      <w:r w:rsidRPr="006C689E">
        <w:rPr>
          <w:rFonts w:ascii="Calibri" w:hAnsi="Calibri" w:cs="Calibri"/>
          <w:bCs/>
          <w:i/>
          <w:sz w:val="20"/>
          <w:szCs w:val="20"/>
          <w:lang w:val="pl-PL"/>
        </w:rPr>
        <w:t>(kod pocztowy, miejscowość, ulica, nr domu, nr lokalu)</w:t>
      </w:r>
    </w:p>
    <w:p w14:paraId="20511F93" w14:textId="77777777" w:rsidR="00066B77" w:rsidRPr="006C689E" w:rsidRDefault="00000000">
      <w:pPr>
        <w:spacing w:after="2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Numer telefonu:</w:t>
      </w:r>
    </w:p>
    <w:p w14:paraId="6335188D" w14:textId="5DA0C989" w:rsidR="00066B77" w:rsidRPr="006C689E" w:rsidRDefault="00000000">
      <w:pPr>
        <w:spacing w:after="0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...........................................................................................................................................</w:t>
      </w:r>
      <w:r w:rsidR="006C689E">
        <w:rPr>
          <w:rFonts w:ascii="Calibri" w:hAnsi="Calibri" w:cs="Calibri"/>
          <w:sz w:val="22"/>
          <w:lang w:val="pl-PL"/>
        </w:rPr>
        <w:t>.............</w:t>
      </w:r>
      <w:r w:rsidRPr="006C689E">
        <w:rPr>
          <w:rFonts w:ascii="Calibri" w:hAnsi="Calibri" w:cs="Calibri"/>
          <w:sz w:val="22"/>
          <w:lang w:val="pl-PL"/>
        </w:rPr>
        <w:t>.................</w:t>
      </w:r>
    </w:p>
    <w:p w14:paraId="06FBC460" w14:textId="77777777" w:rsidR="00066B77" w:rsidRPr="006C689E" w:rsidRDefault="00000000">
      <w:pPr>
        <w:keepNext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b/>
          <w:sz w:val="22"/>
          <w:lang w:val="pl-PL"/>
        </w:rPr>
        <w:t>2. Dane nieruchomości, na której znajdują się wyroby zawierające azbest:</w:t>
      </w:r>
    </w:p>
    <w:p w14:paraId="03A9409D" w14:textId="77777777" w:rsidR="00066B77" w:rsidRPr="006C689E" w:rsidRDefault="00000000">
      <w:pPr>
        <w:spacing w:after="2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Adres nieruchomości:</w:t>
      </w:r>
    </w:p>
    <w:p w14:paraId="0F20812F" w14:textId="76078177" w:rsidR="00066B77" w:rsidRPr="006C689E" w:rsidRDefault="00000000">
      <w:pPr>
        <w:spacing w:after="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</w:t>
      </w:r>
      <w:r w:rsidR="006C689E" w:rsidRPr="006C689E">
        <w:rPr>
          <w:rFonts w:ascii="Calibri" w:hAnsi="Calibri" w:cs="Calibri"/>
          <w:bCs/>
          <w:sz w:val="22"/>
          <w:lang w:val="pl-PL"/>
        </w:rPr>
        <w:t>.............</w:t>
      </w:r>
      <w:r w:rsidRPr="006C689E">
        <w:rPr>
          <w:rFonts w:ascii="Calibri" w:hAnsi="Calibri" w:cs="Calibri"/>
          <w:bCs/>
          <w:sz w:val="22"/>
          <w:lang w:val="pl-PL"/>
        </w:rPr>
        <w:t>..................</w:t>
      </w:r>
    </w:p>
    <w:p w14:paraId="6D0899C0" w14:textId="77777777" w:rsidR="00066B77" w:rsidRPr="006C689E" w:rsidRDefault="00000000">
      <w:pPr>
        <w:jc w:val="center"/>
        <w:rPr>
          <w:rFonts w:ascii="Calibri" w:hAnsi="Calibri" w:cs="Calibri"/>
          <w:bCs/>
          <w:sz w:val="20"/>
          <w:szCs w:val="20"/>
          <w:lang w:val="pl-PL"/>
        </w:rPr>
      </w:pPr>
      <w:r w:rsidRPr="006C689E">
        <w:rPr>
          <w:rFonts w:ascii="Calibri" w:hAnsi="Calibri" w:cs="Calibri"/>
          <w:bCs/>
          <w:i/>
          <w:sz w:val="20"/>
          <w:szCs w:val="20"/>
          <w:lang w:val="pl-PL"/>
        </w:rPr>
        <w:t>(miejscowość, ulica i nr domu)</w:t>
      </w:r>
    </w:p>
    <w:p w14:paraId="7DFF44FF" w14:textId="77777777" w:rsidR="00066B77" w:rsidRPr="006C689E" w:rsidRDefault="00000000">
      <w:pPr>
        <w:spacing w:after="2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Numer działki i obręb ewidencyjny:</w:t>
      </w:r>
    </w:p>
    <w:p w14:paraId="4506DA5B" w14:textId="36DCF4D3" w:rsidR="00066B77" w:rsidRPr="006C689E" w:rsidRDefault="00000000">
      <w:pPr>
        <w:spacing w:after="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</w:t>
      </w:r>
      <w:r w:rsidR="006C689E" w:rsidRPr="006C689E">
        <w:rPr>
          <w:rFonts w:ascii="Calibri" w:hAnsi="Calibri" w:cs="Calibri"/>
          <w:bCs/>
          <w:sz w:val="22"/>
          <w:lang w:val="pl-PL"/>
        </w:rPr>
        <w:t>.............</w:t>
      </w:r>
      <w:r w:rsidRPr="006C689E">
        <w:rPr>
          <w:rFonts w:ascii="Calibri" w:hAnsi="Calibri" w:cs="Calibri"/>
          <w:bCs/>
          <w:sz w:val="22"/>
          <w:lang w:val="pl-PL"/>
        </w:rPr>
        <w:t>..................</w:t>
      </w:r>
    </w:p>
    <w:p w14:paraId="32F3A84E" w14:textId="77777777" w:rsidR="00066B77" w:rsidRPr="006C689E" w:rsidRDefault="00000000">
      <w:pPr>
        <w:spacing w:after="20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Tytuł prawny do nieruchomości:</w:t>
      </w:r>
    </w:p>
    <w:p w14:paraId="488C8A9B" w14:textId="74BCB4C7" w:rsidR="00066B77" w:rsidRPr="006C689E" w:rsidRDefault="00000000">
      <w:pPr>
        <w:spacing w:after="0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................................................................................................................................................</w:t>
      </w:r>
      <w:r w:rsidR="006C689E">
        <w:rPr>
          <w:rFonts w:ascii="Calibri" w:hAnsi="Calibri" w:cs="Calibri"/>
          <w:sz w:val="22"/>
          <w:lang w:val="pl-PL"/>
        </w:rPr>
        <w:t>.............</w:t>
      </w:r>
      <w:r w:rsidRPr="006C689E">
        <w:rPr>
          <w:rFonts w:ascii="Calibri" w:hAnsi="Calibri" w:cs="Calibri"/>
          <w:sz w:val="22"/>
          <w:lang w:val="pl-PL"/>
        </w:rPr>
        <w:t>............</w:t>
      </w:r>
    </w:p>
    <w:p w14:paraId="52AE4715" w14:textId="77777777" w:rsidR="00066B77" w:rsidRPr="006C689E" w:rsidRDefault="00000000">
      <w:pPr>
        <w:jc w:val="center"/>
        <w:rPr>
          <w:rFonts w:ascii="Calibri" w:hAnsi="Calibri" w:cs="Calibri"/>
          <w:sz w:val="20"/>
          <w:szCs w:val="20"/>
          <w:lang w:val="pl-PL"/>
        </w:rPr>
      </w:pPr>
      <w:r w:rsidRPr="006C689E">
        <w:rPr>
          <w:rFonts w:ascii="Calibri" w:hAnsi="Calibri" w:cs="Calibri"/>
          <w:i/>
          <w:sz w:val="20"/>
          <w:szCs w:val="20"/>
          <w:lang w:val="pl-PL"/>
        </w:rPr>
        <w:t>(własność, współwłasność, najem, użyczenie, inny - podać rodzaj)</w:t>
      </w:r>
    </w:p>
    <w:p w14:paraId="02E9C441" w14:textId="77777777" w:rsidR="00066B77" w:rsidRPr="006C689E" w:rsidRDefault="00000000" w:rsidP="00251033">
      <w:pPr>
        <w:spacing w:after="8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b/>
          <w:sz w:val="22"/>
          <w:lang w:val="pl-PL"/>
        </w:rPr>
        <w:t>Jeżeli Wnioskodawca nie jest jedynym właścicielem nieruchomości, do wniosku należy dołączyć zgodę właściciela albo wszystkich pozostałych współwłaścicieli na wykonanie prac objętych zgłoszeniem.</w:t>
      </w:r>
    </w:p>
    <w:p w14:paraId="5D1A9A00" w14:textId="77777777" w:rsidR="00066B77" w:rsidRPr="006C689E" w:rsidRDefault="00000000" w:rsidP="00251033">
      <w:pPr>
        <w:keepNext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b/>
          <w:sz w:val="22"/>
          <w:lang w:val="pl-PL"/>
        </w:rPr>
        <w:t>3. Planowany zakres prac objętych zgłoszeniem (zaznaczyć właściwe pole):</w:t>
      </w:r>
    </w:p>
    <w:p w14:paraId="6092C82B" w14:textId="1AF5ABBB" w:rsidR="00066B77" w:rsidRPr="006C689E" w:rsidRDefault="00000000" w:rsidP="00251033">
      <w:pPr>
        <w:jc w:val="both"/>
        <w:rPr>
          <w:rFonts w:ascii="Calibri" w:hAnsi="Calibri" w:cs="Calibri"/>
          <w:b/>
          <w:bCs/>
          <w:sz w:val="22"/>
          <w:lang w:val="pl-PL"/>
        </w:rPr>
      </w:pPr>
      <w:r w:rsidRPr="006C689E">
        <w:rPr>
          <w:rFonts w:ascii="Segoe UI Symbol" w:hAnsi="Segoe UI Symbol" w:cs="Segoe UI Symbol"/>
          <w:b/>
          <w:bCs/>
          <w:sz w:val="22"/>
          <w:lang w:val="pl-PL"/>
        </w:rPr>
        <w:t>☐</w:t>
      </w:r>
      <w:r w:rsidRPr="006C689E">
        <w:rPr>
          <w:rFonts w:ascii="Calibri" w:hAnsi="Calibri" w:cs="Calibri"/>
          <w:b/>
          <w:bCs/>
          <w:sz w:val="22"/>
          <w:lang w:val="pl-PL"/>
        </w:rPr>
        <w:t xml:space="preserve">  Odbiór składowanych wyrobów zawierających azbest, transport na składowisko odpadów </w:t>
      </w:r>
      <w:r w:rsidR="006C689E" w:rsidRPr="006C689E">
        <w:rPr>
          <w:rFonts w:ascii="Calibri" w:hAnsi="Calibri" w:cs="Calibri"/>
          <w:b/>
          <w:bCs/>
          <w:sz w:val="22"/>
          <w:lang w:val="pl-PL"/>
        </w:rPr>
        <w:t>n</w:t>
      </w:r>
      <w:r w:rsidRPr="006C689E">
        <w:rPr>
          <w:rFonts w:ascii="Calibri" w:hAnsi="Calibri" w:cs="Calibri"/>
          <w:b/>
          <w:bCs/>
          <w:sz w:val="22"/>
          <w:lang w:val="pl-PL"/>
        </w:rPr>
        <w:t>iebezpiecznych i unieszkodliwienie</w:t>
      </w:r>
    </w:p>
    <w:p w14:paraId="7A16061D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Ilość szacunkowa odpadów (m² lub tony):</w:t>
      </w:r>
    </w:p>
    <w:p w14:paraId="39F58756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1B55D160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Rodzaj odpadów:</w:t>
      </w:r>
    </w:p>
    <w:p w14:paraId="464E0F44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3BAC70CE" w14:textId="77777777" w:rsidR="00066B77" w:rsidRPr="006C689E" w:rsidRDefault="00000000" w:rsidP="00251033">
      <w:pPr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i/>
          <w:sz w:val="22"/>
          <w:lang w:val="pl-PL"/>
        </w:rPr>
        <w:t>(płyty eternitowe płaskie / faliste, inny odpad - podać rodzaj)</w:t>
      </w:r>
    </w:p>
    <w:p w14:paraId="61706527" w14:textId="77777777" w:rsidR="00066B77" w:rsidRPr="006C689E" w:rsidRDefault="00000000" w:rsidP="00251033">
      <w:pPr>
        <w:jc w:val="both"/>
        <w:rPr>
          <w:rFonts w:ascii="Calibri" w:hAnsi="Calibri" w:cs="Calibri"/>
          <w:b/>
          <w:bCs/>
          <w:sz w:val="22"/>
          <w:lang w:val="pl-PL"/>
        </w:rPr>
      </w:pPr>
      <w:r w:rsidRPr="006C689E">
        <w:rPr>
          <w:rFonts w:ascii="Segoe UI Symbol" w:hAnsi="Segoe UI Symbol" w:cs="Segoe UI Symbol"/>
          <w:sz w:val="22"/>
          <w:lang w:val="pl-PL"/>
        </w:rPr>
        <w:t>☐</w:t>
      </w:r>
      <w:r w:rsidRPr="006C689E">
        <w:rPr>
          <w:rFonts w:ascii="Calibri" w:hAnsi="Calibri" w:cs="Calibri"/>
          <w:sz w:val="22"/>
          <w:lang w:val="pl-PL"/>
        </w:rPr>
        <w:t xml:space="preserve">  </w:t>
      </w:r>
      <w:r w:rsidRPr="006C689E">
        <w:rPr>
          <w:rFonts w:ascii="Calibri" w:hAnsi="Calibri" w:cs="Calibri"/>
          <w:b/>
          <w:bCs/>
          <w:sz w:val="22"/>
          <w:lang w:val="pl-PL"/>
        </w:rPr>
        <w:t>Demontaż wyrobów zawierających azbest z budynku, odbiór, transport na składowisko odpadów niebezpiecznych i unieszkodliwienie</w:t>
      </w:r>
    </w:p>
    <w:p w14:paraId="2FE56C99" w14:textId="2E8C487A" w:rsidR="00066B77" w:rsidRPr="006C689E" w:rsidRDefault="00066B77" w:rsidP="00251033">
      <w:pPr>
        <w:jc w:val="both"/>
        <w:rPr>
          <w:rFonts w:ascii="Calibri" w:hAnsi="Calibri" w:cs="Calibri"/>
          <w:sz w:val="22"/>
          <w:lang w:val="pl-PL"/>
        </w:rPr>
      </w:pPr>
    </w:p>
    <w:p w14:paraId="0F8404D9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Rodzaj budynku, z którego będzie usuwany azbest:</w:t>
      </w:r>
    </w:p>
    <w:p w14:paraId="56BAB573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53CFD498" w14:textId="77777777" w:rsidR="00066B77" w:rsidRPr="006C689E" w:rsidRDefault="00000000" w:rsidP="00251033">
      <w:pPr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i/>
          <w:sz w:val="22"/>
          <w:lang w:val="pl-PL"/>
        </w:rPr>
        <w:t>(mieszkalny, gospodarczy, inny)</w:t>
      </w:r>
    </w:p>
    <w:p w14:paraId="671BA08F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Ilość szacunkowa odpadów (m² lub tony):</w:t>
      </w:r>
    </w:p>
    <w:p w14:paraId="29EB89E2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4C156736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Rodzaj odpadów:</w:t>
      </w:r>
    </w:p>
    <w:p w14:paraId="6C2560BA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70FC9ECD" w14:textId="77777777" w:rsidR="00066B77" w:rsidRPr="006C689E" w:rsidRDefault="00000000" w:rsidP="00251033">
      <w:pPr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i/>
          <w:sz w:val="22"/>
          <w:lang w:val="pl-PL"/>
        </w:rPr>
        <w:t>(płyty eternitowe płaskie / faliste, inny odpad - podać rodzaj)</w:t>
      </w:r>
    </w:p>
    <w:p w14:paraId="26651995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Planowany termin demontażu płyt azbestowych z dachu:</w:t>
      </w:r>
    </w:p>
    <w:p w14:paraId="0F932D64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1C411B04" w14:textId="77777777" w:rsidR="00066B77" w:rsidRPr="006C689E" w:rsidRDefault="00000000" w:rsidP="00251033">
      <w:pPr>
        <w:spacing w:after="2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lastRenderedPageBreak/>
        <w:t>4. Deklarowany termin realizacji zadania (</w:t>
      </w:r>
      <w:r w:rsidRPr="006C689E">
        <w:rPr>
          <w:rFonts w:ascii="Calibri" w:hAnsi="Calibri" w:cs="Calibri"/>
          <w:bCs/>
          <w:i/>
          <w:iCs/>
          <w:sz w:val="22"/>
          <w:lang w:val="pl-PL"/>
        </w:rPr>
        <w:t>ostateczny termin do 31 grudnia 2026 r.):</w:t>
      </w:r>
    </w:p>
    <w:p w14:paraId="08B61916" w14:textId="77777777" w:rsidR="00066B77" w:rsidRPr="006C689E" w:rsidRDefault="00000000" w:rsidP="00251033">
      <w:pPr>
        <w:spacing w:after="0"/>
        <w:jc w:val="both"/>
        <w:rPr>
          <w:rFonts w:ascii="Calibri" w:hAnsi="Calibri" w:cs="Calibri"/>
          <w:bCs/>
          <w:sz w:val="22"/>
          <w:lang w:val="pl-PL"/>
        </w:rPr>
      </w:pPr>
      <w:r w:rsidRPr="006C689E">
        <w:rPr>
          <w:rFonts w:ascii="Calibri" w:hAnsi="Calibri" w:cs="Calibri"/>
          <w:bCs/>
          <w:sz w:val="22"/>
          <w:lang w:val="pl-PL"/>
        </w:rPr>
        <w:t>............................................................................................................................................................</w:t>
      </w:r>
    </w:p>
    <w:p w14:paraId="4CED100C" w14:textId="77777777" w:rsidR="00066B77" w:rsidRPr="006C689E" w:rsidRDefault="00000000" w:rsidP="003074EE">
      <w:pPr>
        <w:keepNext/>
        <w:spacing w:before="80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b/>
          <w:sz w:val="22"/>
          <w:lang w:val="pl-PL"/>
        </w:rPr>
        <w:t>Załączniki:</w:t>
      </w:r>
    </w:p>
    <w:p w14:paraId="3D8D78E5" w14:textId="22634A7F" w:rsidR="00066B77" w:rsidRPr="006C689E" w:rsidRDefault="00000000" w:rsidP="003074EE">
      <w:pPr>
        <w:pStyle w:val="Akapitzlist"/>
        <w:numPr>
          <w:ilvl w:val="0"/>
          <w:numId w:val="13"/>
        </w:numPr>
        <w:ind w:left="284" w:hanging="284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Dokument potwierdzający tytuł prawny do nieruchomości.</w:t>
      </w:r>
    </w:p>
    <w:p w14:paraId="4BB990F9" w14:textId="007C8038" w:rsidR="006C689E" w:rsidRDefault="006C689E" w:rsidP="003074EE">
      <w:pPr>
        <w:pStyle w:val="Listapunktowana"/>
        <w:numPr>
          <w:ilvl w:val="0"/>
          <w:numId w:val="13"/>
        </w:numPr>
        <w:ind w:left="284" w:hanging="284"/>
        <w:jc w:val="both"/>
        <w:rPr>
          <w:rStyle w:val="attachment-label"/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 xml:space="preserve">Kolorowe zdjęcia  (minimum 2 zdjęcia, </w:t>
      </w:r>
      <w:r w:rsidRPr="00123332">
        <w:rPr>
          <w:rFonts w:ascii="Calibri" w:hAnsi="Calibri" w:cs="Calibri"/>
          <w:i/>
          <w:iCs/>
          <w:sz w:val="24"/>
          <w:szCs w:val="24"/>
          <w:lang w:val="pl-PL"/>
        </w:rPr>
        <w:t>w dwóch różnych perspektywach</w:t>
      </w:r>
      <w:r w:rsidRPr="00123332">
        <w:rPr>
          <w:rFonts w:ascii="Calibri" w:hAnsi="Calibri" w:cs="Calibri"/>
          <w:sz w:val="24"/>
          <w:szCs w:val="24"/>
          <w:lang w:val="pl-PL"/>
        </w:rPr>
        <w:t xml:space="preserve">) </w:t>
      </w:r>
      <w:r>
        <w:rPr>
          <w:rFonts w:ascii="Calibri" w:hAnsi="Calibri" w:cs="Calibri"/>
          <w:sz w:val="24"/>
          <w:szCs w:val="24"/>
          <w:lang w:val="pl-PL"/>
        </w:rPr>
        <w:t>p</w:t>
      </w:r>
      <w:r w:rsidRPr="00123332">
        <w:rPr>
          <w:rStyle w:val="attachment-label"/>
          <w:rFonts w:ascii="Calibri" w:hAnsi="Calibri" w:cs="Calibri"/>
          <w:sz w:val="24"/>
          <w:szCs w:val="24"/>
          <w:lang w:val="pl-PL"/>
        </w:rPr>
        <w:t>osesji/obiektów, z których zdejmowany lub odbierany będzie azbest wraz ze szczegółowym opisem: dokładny adres, numer działki, obręb</w:t>
      </w:r>
      <w:r>
        <w:rPr>
          <w:rStyle w:val="attachment-label"/>
          <w:rFonts w:ascii="Calibri" w:hAnsi="Calibri" w:cs="Calibri"/>
          <w:sz w:val="24"/>
          <w:szCs w:val="24"/>
          <w:lang w:val="pl-PL"/>
        </w:rPr>
        <w:t>.</w:t>
      </w:r>
    </w:p>
    <w:p w14:paraId="7763CF8A" w14:textId="00EE2F9F" w:rsidR="00066B77" w:rsidRPr="006C689E" w:rsidRDefault="006C689E" w:rsidP="003074EE">
      <w:pPr>
        <w:pStyle w:val="Akapitzlist"/>
        <w:numPr>
          <w:ilvl w:val="0"/>
          <w:numId w:val="13"/>
        </w:numPr>
        <w:ind w:left="284" w:hanging="284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Z</w:t>
      </w:r>
      <w:r w:rsidR="00000000" w:rsidRPr="006C689E">
        <w:rPr>
          <w:rFonts w:ascii="Calibri" w:hAnsi="Calibri" w:cs="Calibri"/>
          <w:sz w:val="22"/>
          <w:lang w:val="pl-PL"/>
        </w:rPr>
        <w:t>goda właściciela albo wszystkich pozostałych współwłaścicieli nieruchomości na wykonanie prac objętych wnioskiem (jeżeli Wnioskodawca nie jest jedynym właścicielem nieruchomości).</w:t>
      </w:r>
    </w:p>
    <w:p w14:paraId="4B1DE5FB" w14:textId="0A1514A7" w:rsidR="00066B77" w:rsidRPr="006C689E" w:rsidRDefault="00000000" w:rsidP="003074EE">
      <w:pPr>
        <w:pStyle w:val="Akapitzlist"/>
        <w:numPr>
          <w:ilvl w:val="0"/>
          <w:numId w:val="13"/>
        </w:numPr>
        <w:ind w:left="284" w:hanging="284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 xml:space="preserve">Dokument potwierdzający dokonanie zgłoszenia robót budowlanych albo decyzja o pozwoleniu na budowę - </w:t>
      </w:r>
      <w:r w:rsidR="006C689E" w:rsidRPr="00123332">
        <w:rPr>
          <w:rFonts w:ascii="Calibri" w:hAnsi="Calibri" w:cs="Calibri"/>
          <w:sz w:val="24"/>
          <w:szCs w:val="24"/>
          <w:u w:val="single"/>
          <w:lang w:val="pl-PL"/>
        </w:rPr>
        <w:t>w przypadku demontażu wyrobów zawierających azbest z budynku</w:t>
      </w:r>
      <w:r w:rsidR="006C689E" w:rsidRPr="006C689E">
        <w:rPr>
          <w:rFonts w:ascii="Calibri" w:hAnsi="Calibri" w:cs="Calibri"/>
          <w:sz w:val="22"/>
          <w:lang w:val="pl-PL"/>
        </w:rPr>
        <w:t xml:space="preserve"> </w:t>
      </w:r>
      <w:r w:rsidR="006C689E">
        <w:rPr>
          <w:rFonts w:ascii="Calibri" w:hAnsi="Calibri" w:cs="Calibri"/>
          <w:sz w:val="22"/>
          <w:lang w:val="pl-PL"/>
        </w:rPr>
        <w:t xml:space="preserve">- </w:t>
      </w:r>
      <w:r w:rsidRPr="006C689E">
        <w:rPr>
          <w:rFonts w:ascii="Calibri" w:hAnsi="Calibri" w:cs="Calibri"/>
          <w:sz w:val="22"/>
          <w:lang w:val="pl-PL"/>
        </w:rPr>
        <w:t>w odniesieniu do planowanych prac taki obowiązek wynika z przepisów prawa budowlanego (jeśli dotyczy).</w:t>
      </w:r>
    </w:p>
    <w:p w14:paraId="550CA9F8" w14:textId="77777777" w:rsidR="00066B77" w:rsidRDefault="00066B77" w:rsidP="00251033">
      <w:pPr>
        <w:spacing w:after="160"/>
        <w:jc w:val="both"/>
        <w:rPr>
          <w:rFonts w:ascii="Calibri" w:hAnsi="Calibri" w:cs="Calibri"/>
          <w:sz w:val="22"/>
          <w:lang w:val="pl-PL"/>
        </w:rPr>
      </w:pPr>
    </w:p>
    <w:p w14:paraId="6CC2E8F1" w14:textId="77777777" w:rsidR="003074EE" w:rsidRPr="006C689E" w:rsidRDefault="003074EE" w:rsidP="00251033">
      <w:pPr>
        <w:spacing w:after="160"/>
        <w:jc w:val="both"/>
        <w:rPr>
          <w:rFonts w:ascii="Calibri" w:hAnsi="Calibri" w:cs="Calibri"/>
          <w:sz w:val="22"/>
          <w:lang w:val="pl-PL"/>
        </w:rPr>
      </w:pPr>
    </w:p>
    <w:p w14:paraId="61E17C7D" w14:textId="77777777" w:rsidR="00066B77" w:rsidRPr="006C689E" w:rsidRDefault="00000000" w:rsidP="00251033">
      <w:pPr>
        <w:spacing w:after="0"/>
        <w:ind w:firstLine="5103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</w:t>
      </w:r>
    </w:p>
    <w:p w14:paraId="2271A8BE" w14:textId="77777777" w:rsidR="00066B77" w:rsidRPr="006C689E" w:rsidRDefault="00000000" w:rsidP="00251033">
      <w:pPr>
        <w:ind w:firstLine="5103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i/>
          <w:sz w:val="22"/>
          <w:lang w:val="pl-PL"/>
        </w:rPr>
        <w:t>podpis Wnioskodawcy/Wnioskodawców</w:t>
      </w:r>
    </w:p>
    <w:p w14:paraId="7D6358FC" w14:textId="77777777" w:rsidR="00066B77" w:rsidRPr="003074EE" w:rsidRDefault="00000000" w:rsidP="00251033">
      <w:pPr>
        <w:keepNext/>
        <w:spacing w:before="160" w:after="100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b/>
          <w:sz w:val="20"/>
          <w:szCs w:val="20"/>
          <w:lang w:val="pl-PL"/>
        </w:rPr>
        <w:t>OŚWIADCZENIA</w:t>
      </w:r>
    </w:p>
    <w:p w14:paraId="6759C530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1. Oświadczam, że obiekty/nieruchomości przedstawione w niniejszym wniosku nie są wykorzystywane do prowadzenia działalności gospodarczej.</w:t>
      </w:r>
    </w:p>
    <w:p w14:paraId="79EEB633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2. Oświadczam, że posiadam prawo do dysponowania nieruchomością wymienioną w pkt 2.</w:t>
      </w:r>
    </w:p>
    <w:p w14:paraId="55D0B4B8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3. Oświadczam, że byłem / nie byłem* Beneficjentem Działania A1.4.1 w ramach Krajowego Planu Odbudowy i Zwiększenia Odporności.</w:t>
      </w:r>
    </w:p>
    <w:p w14:paraId="42B1C9CA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 xml:space="preserve">4. Wyrażam zgodę na uwzględnienie nieruchomości wskazanej w pkt 2 w przygotowywanym przez Gminę Biały Bór wniosku o dofinansowanie do </w:t>
      </w:r>
      <w:proofErr w:type="spellStart"/>
      <w:r w:rsidRPr="003074EE">
        <w:rPr>
          <w:rFonts w:ascii="Calibri" w:hAnsi="Calibri" w:cs="Calibri"/>
          <w:sz w:val="20"/>
          <w:szCs w:val="20"/>
          <w:lang w:val="pl-PL"/>
        </w:rPr>
        <w:t>WFOŚiGW</w:t>
      </w:r>
      <w:proofErr w:type="spellEnd"/>
      <w:r w:rsidRPr="003074EE">
        <w:rPr>
          <w:rFonts w:ascii="Calibri" w:hAnsi="Calibri" w:cs="Calibri"/>
          <w:sz w:val="20"/>
          <w:szCs w:val="20"/>
          <w:lang w:val="pl-PL"/>
        </w:rPr>
        <w:t xml:space="preserve"> w Szczecinie oraz - w przypadku uzyskania dofinansowania i zakwalifikowania nieruchomości - na podjęcie przez Gminę czynności niezbędnych do realizacji zadania.</w:t>
      </w:r>
    </w:p>
    <w:p w14:paraId="39972725" w14:textId="76536F6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 xml:space="preserve">5. Wyrażam zgodę na przekazanie do </w:t>
      </w:r>
      <w:proofErr w:type="spellStart"/>
      <w:r w:rsidRPr="003074EE">
        <w:rPr>
          <w:rFonts w:ascii="Calibri" w:hAnsi="Calibri" w:cs="Calibri"/>
          <w:sz w:val="20"/>
          <w:szCs w:val="20"/>
          <w:lang w:val="pl-PL"/>
        </w:rPr>
        <w:t>WFOŚiGW</w:t>
      </w:r>
      <w:proofErr w:type="spellEnd"/>
      <w:r w:rsidRPr="003074EE">
        <w:rPr>
          <w:rFonts w:ascii="Calibri" w:hAnsi="Calibri" w:cs="Calibri"/>
          <w:sz w:val="20"/>
          <w:szCs w:val="20"/>
          <w:lang w:val="pl-PL"/>
        </w:rPr>
        <w:t xml:space="preserve"> w Szczecinie </w:t>
      </w:r>
      <w:r w:rsidR="00251033" w:rsidRPr="003074EE">
        <w:rPr>
          <w:rFonts w:ascii="Calibri" w:hAnsi="Calibri" w:cs="Calibri"/>
          <w:sz w:val="20"/>
          <w:szCs w:val="20"/>
          <w:lang w:val="pl-PL"/>
        </w:rPr>
        <w:t xml:space="preserve">zdjęć posesji </w:t>
      </w:r>
      <w:r w:rsidRPr="003074EE">
        <w:rPr>
          <w:rFonts w:ascii="Calibri" w:hAnsi="Calibri" w:cs="Calibri"/>
          <w:sz w:val="20"/>
          <w:szCs w:val="20"/>
          <w:lang w:val="pl-PL"/>
        </w:rPr>
        <w:t>wraz z wnioskiem Gminy Biały Bór o dofinansowanie, jeżeli będzie to wymagane na potrzeby naboru lub realizacji zadania.</w:t>
      </w:r>
    </w:p>
    <w:p w14:paraId="76C58B55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6. Wyrażam zgodę, aby - w przypadku uzyskania przez Gminę Biały Bór dofinansowania i zakwalifikowania nieruchomości do realizacji - prace wskazane w pkt 3 zostały wykonane przez wykonawcę wyłonionego przez Gminę Biały Bór.</w:t>
      </w:r>
    </w:p>
    <w:p w14:paraId="137F345E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7. Oświadczam, że w przypadku uzyskania przez Gminę Biały Bór dofinansowania i zakwalifikowania nieruchomości do realizacji deklaruję udział w realizacji zadania w zakresie wskazanym w pkt 3, na zasadach określonych przez Gminę i zgodnie z obowiązującymi przepisami. Jednocześnie oświadczam, że nowe pokrycie dachowe wykonam we własnym zakresie i na własny koszt (jeśli dotyczy).</w:t>
      </w:r>
    </w:p>
    <w:p w14:paraId="1208B0A0" w14:textId="77777777" w:rsidR="00066B77" w:rsidRPr="003074EE" w:rsidRDefault="00000000" w:rsidP="00251033">
      <w:pPr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i/>
          <w:sz w:val="20"/>
          <w:szCs w:val="20"/>
          <w:lang w:val="pl-PL"/>
        </w:rPr>
        <w:t>* niepotrzebne skreślić</w:t>
      </w:r>
    </w:p>
    <w:p w14:paraId="726C9F9F" w14:textId="77777777" w:rsidR="00066B77" w:rsidRPr="006C689E" w:rsidRDefault="00066B77" w:rsidP="00251033">
      <w:pPr>
        <w:spacing w:after="160"/>
        <w:jc w:val="both"/>
        <w:rPr>
          <w:rFonts w:ascii="Calibri" w:hAnsi="Calibri" w:cs="Calibri"/>
          <w:sz w:val="22"/>
          <w:lang w:val="pl-PL"/>
        </w:rPr>
      </w:pPr>
    </w:p>
    <w:p w14:paraId="4C348B20" w14:textId="77777777" w:rsidR="00066B77" w:rsidRPr="006C689E" w:rsidRDefault="00000000" w:rsidP="00732F12">
      <w:pPr>
        <w:spacing w:after="0"/>
        <w:ind w:firstLine="5103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sz w:val="22"/>
          <w:lang w:val="pl-PL"/>
        </w:rPr>
        <w:t>............................................................</w:t>
      </w:r>
    </w:p>
    <w:p w14:paraId="16CA27EA" w14:textId="77777777" w:rsidR="00066B77" w:rsidRPr="006C689E" w:rsidRDefault="00000000" w:rsidP="00732F12">
      <w:pPr>
        <w:ind w:firstLine="5103"/>
        <w:jc w:val="both"/>
        <w:rPr>
          <w:rFonts w:ascii="Calibri" w:hAnsi="Calibri" w:cs="Calibri"/>
          <w:sz w:val="22"/>
          <w:lang w:val="pl-PL"/>
        </w:rPr>
      </w:pPr>
      <w:r w:rsidRPr="006C689E">
        <w:rPr>
          <w:rFonts w:ascii="Calibri" w:hAnsi="Calibri" w:cs="Calibri"/>
          <w:i/>
          <w:sz w:val="22"/>
          <w:lang w:val="pl-PL"/>
        </w:rPr>
        <w:t>podpis Wnioskodawcy/Wnioskodawców</w:t>
      </w:r>
    </w:p>
    <w:p w14:paraId="4FE71047" w14:textId="530D7E68" w:rsidR="00066B77" w:rsidRPr="003074EE" w:rsidRDefault="003074EE" w:rsidP="003074EE">
      <w:pPr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DOD</w:t>
      </w:r>
      <w:r w:rsidR="00000000" w:rsidRPr="003074EE">
        <w:rPr>
          <w:rFonts w:ascii="Calibri" w:hAnsi="Calibri" w:cs="Calibri"/>
          <w:b/>
          <w:sz w:val="20"/>
          <w:szCs w:val="20"/>
          <w:lang w:val="pl-PL"/>
        </w:rPr>
        <w:t>ATKOWE INFORMACJE</w:t>
      </w:r>
    </w:p>
    <w:p w14:paraId="6E685340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1. Dofinansowaniu podlegają koszty inwestycji związane z usuwaniem wyrobów zawierających azbest, tj.: demontażu lub zbierania wyrobów zawierających azbest; transportu odpadów niebezpiecznych z miejsca rozbiórki lub składowania do miejsca unieszkodliwienia; unieszkodliwienia lub przekazania do bezpiecznego składowania odpadów zawierających azbest.</w:t>
      </w:r>
    </w:p>
    <w:p w14:paraId="334EA7D3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>2. Dofinansowaniu nie podlegają koszty inwestycji związane z zabezpieczeniem powierzchni, z których usunięto azbest, ani położeniem nowej nawierzchni w miejscu, z którego usunięto azbest (np. dachu).</w:t>
      </w:r>
    </w:p>
    <w:p w14:paraId="6B8920F1" w14:textId="77777777" w:rsidR="00066B77" w:rsidRPr="003074EE" w:rsidRDefault="00000000" w:rsidP="003074EE">
      <w:pPr>
        <w:ind w:left="312" w:hanging="312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 xml:space="preserve">3. Złożenie niniejszego wniosku nie jest równoznaczne z przyznaniem dofinansowania ani gwarancją wykonania prac. Realizacja zadania przez Gminę Biały Bór będzie uzależniona w szczególności od zakwalifikowania nieruchomości do projektu, uzyskania dofinansowania przez Gminę oraz warunków umowy zawartej z </w:t>
      </w:r>
      <w:proofErr w:type="spellStart"/>
      <w:r w:rsidRPr="003074EE">
        <w:rPr>
          <w:rFonts w:ascii="Calibri" w:hAnsi="Calibri" w:cs="Calibri"/>
          <w:sz w:val="20"/>
          <w:szCs w:val="20"/>
          <w:lang w:val="pl-PL"/>
        </w:rPr>
        <w:t>WFOŚiGW</w:t>
      </w:r>
      <w:proofErr w:type="spellEnd"/>
      <w:r w:rsidRPr="003074EE">
        <w:rPr>
          <w:rFonts w:ascii="Calibri" w:hAnsi="Calibri" w:cs="Calibri"/>
          <w:sz w:val="20"/>
          <w:szCs w:val="20"/>
          <w:lang w:val="pl-PL"/>
        </w:rPr>
        <w:t xml:space="preserve"> w Szczecinie. Zadanie, którego koszty miałyby zostać objęte dofinansowaniem, nie może zostać zakończone przed dniem złożenia przez Gminę Biały Bór wniosku o dofinansowanie do </w:t>
      </w:r>
      <w:proofErr w:type="spellStart"/>
      <w:r w:rsidRPr="003074EE">
        <w:rPr>
          <w:rFonts w:ascii="Calibri" w:hAnsi="Calibri" w:cs="Calibri"/>
          <w:sz w:val="20"/>
          <w:szCs w:val="20"/>
          <w:lang w:val="pl-PL"/>
        </w:rPr>
        <w:t>WFOŚiGW</w:t>
      </w:r>
      <w:proofErr w:type="spellEnd"/>
      <w:r w:rsidRPr="003074EE">
        <w:rPr>
          <w:rFonts w:ascii="Calibri" w:hAnsi="Calibri" w:cs="Calibri"/>
          <w:sz w:val="20"/>
          <w:szCs w:val="20"/>
          <w:lang w:val="pl-PL"/>
        </w:rPr>
        <w:t xml:space="preserve"> w Szczecinie.</w:t>
      </w:r>
    </w:p>
    <w:p w14:paraId="06C1AED9" w14:textId="77777777" w:rsidR="00066B77" w:rsidRPr="003074EE" w:rsidRDefault="00000000" w:rsidP="003074EE">
      <w:pPr>
        <w:keepNext/>
        <w:spacing w:before="200" w:after="100"/>
        <w:jc w:val="both"/>
        <w:rPr>
          <w:rFonts w:ascii="Calibri" w:hAnsi="Calibri" w:cs="Calibri"/>
          <w:sz w:val="20"/>
          <w:szCs w:val="20"/>
          <w:lang w:val="pl-PL"/>
        </w:rPr>
      </w:pPr>
      <w:r w:rsidRPr="003074EE">
        <w:rPr>
          <w:rFonts w:ascii="Calibri" w:hAnsi="Calibri" w:cs="Calibri"/>
          <w:b/>
          <w:sz w:val="20"/>
          <w:szCs w:val="20"/>
          <w:lang w:val="pl-PL"/>
        </w:rPr>
        <w:t>KLAUZULA INFORMACYJNA DOTYCZĄCA PRZETWARZANIA DANYCH OSOBOWYCH</w:t>
      </w:r>
    </w:p>
    <w:p w14:paraId="4F5D6085" w14:textId="77777777" w:rsidR="00066B77" w:rsidRPr="003074EE" w:rsidRDefault="00000000" w:rsidP="003074EE">
      <w:pPr>
        <w:spacing w:after="80"/>
        <w:jc w:val="both"/>
        <w:rPr>
          <w:rFonts w:ascii="Calibri" w:hAnsi="Calibri" w:cs="Calibri"/>
          <w:sz w:val="20"/>
          <w:szCs w:val="20"/>
        </w:rPr>
      </w:pPr>
      <w:r w:rsidRPr="003074EE">
        <w:rPr>
          <w:rFonts w:ascii="Calibri" w:hAnsi="Calibri" w:cs="Calibri"/>
          <w:sz w:val="20"/>
          <w:szCs w:val="20"/>
          <w:lang w:val="pl-PL"/>
        </w:rPr>
        <w:t xml:space="preserve">Informacja o przetwarzaniu danych osobowych przez Urząd Miejski w Białym Borze jest dostępna w Biuletynie Informacji Publicznej Urzędu Miejskiego w Białym Borze oraz w siedzibie Urzędu przy ul. </w:t>
      </w:r>
      <w:proofErr w:type="spellStart"/>
      <w:r w:rsidRPr="003074EE">
        <w:rPr>
          <w:rFonts w:ascii="Calibri" w:hAnsi="Calibri" w:cs="Calibri"/>
          <w:sz w:val="20"/>
          <w:szCs w:val="20"/>
        </w:rPr>
        <w:t>Słupskiej</w:t>
      </w:r>
      <w:proofErr w:type="spellEnd"/>
      <w:r w:rsidRPr="003074EE">
        <w:rPr>
          <w:rFonts w:ascii="Calibri" w:hAnsi="Calibri" w:cs="Calibri"/>
          <w:sz w:val="20"/>
          <w:szCs w:val="20"/>
        </w:rPr>
        <w:t xml:space="preserve"> 10, 78-425 Biały Bór.</w:t>
      </w:r>
    </w:p>
    <w:sectPr w:rsidR="00066B77" w:rsidRPr="003074EE" w:rsidSect="003074EE">
      <w:pgSz w:w="11906" w:h="16838"/>
      <w:pgMar w:top="568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A427DCB"/>
    <w:multiLevelType w:val="hybridMultilevel"/>
    <w:tmpl w:val="E13403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901DF"/>
    <w:multiLevelType w:val="hybridMultilevel"/>
    <w:tmpl w:val="F6326C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0707C9"/>
    <w:multiLevelType w:val="hybridMultilevel"/>
    <w:tmpl w:val="CCD6E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32D7F"/>
    <w:multiLevelType w:val="hybridMultilevel"/>
    <w:tmpl w:val="385A2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461860">
    <w:abstractNumId w:val="8"/>
  </w:num>
  <w:num w:numId="2" w16cid:durableId="443308161">
    <w:abstractNumId w:val="6"/>
  </w:num>
  <w:num w:numId="3" w16cid:durableId="830802737">
    <w:abstractNumId w:val="5"/>
  </w:num>
  <w:num w:numId="4" w16cid:durableId="1052726707">
    <w:abstractNumId w:val="4"/>
  </w:num>
  <w:num w:numId="5" w16cid:durableId="1327856902">
    <w:abstractNumId w:val="7"/>
  </w:num>
  <w:num w:numId="6" w16cid:durableId="1179462640">
    <w:abstractNumId w:val="3"/>
  </w:num>
  <w:num w:numId="7" w16cid:durableId="139006271">
    <w:abstractNumId w:val="2"/>
  </w:num>
  <w:num w:numId="8" w16cid:durableId="602763339">
    <w:abstractNumId w:val="1"/>
  </w:num>
  <w:num w:numId="9" w16cid:durableId="1414625408">
    <w:abstractNumId w:val="0"/>
  </w:num>
  <w:num w:numId="10" w16cid:durableId="310910391">
    <w:abstractNumId w:val="12"/>
  </w:num>
  <w:num w:numId="11" w16cid:durableId="724573168">
    <w:abstractNumId w:val="9"/>
  </w:num>
  <w:num w:numId="12" w16cid:durableId="2046297243">
    <w:abstractNumId w:val="11"/>
  </w:num>
  <w:num w:numId="13" w16cid:durableId="7616822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6B77"/>
    <w:rsid w:val="0015074B"/>
    <w:rsid w:val="00251033"/>
    <w:rsid w:val="0029639D"/>
    <w:rsid w:val="003074EE"/>
    <w:rsid w:val="00326F90"/>
    <w:rsid w:val="006C689E"/>
    <w:rsid w:val="00732F12"/>
    <w:rsid w:val="00AA1D8D"/>
    <w:rsid w:val="00B47730"/>
    <w:rsid w:val="00CB0664"/>
    <w:rsid w:val="00E66C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B3E18B"/>
  <w14:defaultImageDpi w14:val="300"/>
  <w15:docId w15:val="{A802C417-1EA0-46BA-92A4-B63713E5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40" w:line="240" w:lineRule="auto"/>
    </w:pPr>
    <w:rPr>
      <w:rFonts w:ascii="Times New Roman" w:hAnsi="Times New Roman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ttachment-label">
    <w:name w:val="attachment-label"/>
    <w:basedOn w:val="Domylnaczcionkaakapitu"/>
    <w:rsid w:val="006C6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1123</Words>
  <Characters>6740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Wniosek - usuwanie wyrobów zawierających azbest, Gmina Biały Bór 2026</vt:lpstr>
      <vt:lpstr/>
    </vt:vector>
  </TitlesOfParts>
  <Manager/>
  <Company/>
  <LinksUpToDate>false</LinksUpToDate>
  <CharactersWithSpaces>7848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- usuwanie wyrobów zawierających azbest, Gmina Biały Bór 2026</dc:title>
  <dc:subject/>
  <dc:creator>Urząd Miejski w Białym Borze</dc:creator>
  <cp:keywords/>
  <dc:description>generated by python-docx</dc:description>
  <cp:lastModifiedBy>Gmina Biały Bór</cp:lastModifiedBy>
  <cp:revision>4</cp:revision>
  <dcterms:created xsi:type="dcterms:W3CDTF">2026-09-08T09:47:00Z</dcterms:created>
  <dcterms:modified xsi:type="dcterms:W3CDTF">2026-09-08T09:54:00Z</dcterms:modified>
  <cp:category/>
</cp:coreProperties>
</file>